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A57" w:rsidRPr="00D16FE8" w:rsidRDefault="00D5025D">
      <w:pPr>
        <w:pStyle w:val="Title"/>
        <w:jc w:val="center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TITLE OF THE MANUSCRIPT</w:t>
      </w:r>
    </w:p>
    <w:p w:rsidR="003C4A57" w:rsidRPr="00D16FE8" w:rsidRDefault="00D5025D">
      <w:pPr>
        <w:pStyle w:val="AuthorInformation"/>
      </w:pPr>
      <w:r w:rsidRPr="00D16FE8">
        <w:rPr>
          <w:b/>
        </w:rPr>
        <w:t>First Author¹, Second Author²</w:t>
      </w:r>
    </w:p>
    <w:p w:rsidR="003C4A57" w:rsidRPr="00D16FE8" w:rsidRDefault="00D5025D">
      <w:pPr>
        <w:pStyle w:val="AuthorInformation"/>
      </w:pPr>
      <w:r w:rsidRPr="00D16FE8">
        <w:t>¹Designation, Department, Institution/University, City, Country</w:t>
      </w:r>
      <w:r w:rsidRPr="00D16FE8">
        <w:br/>
        <w:t>²Designation, Department, Institution/University, City, Country</w:t>
      </w:r>
    </w:p>
    <w:p w:rsidR="003C4A57" w:rsidRPr="00D16FE8" w:rsidRDefault="00D5025D">
      <w:pPr>
        <w:pStyle w:val="AuthorInformation"/>
      </w:pPr>
      <w:r w:rsidRPr="00D16FE8">
        <w:rPr>
          <w:b/>
        </w:rPr>
        <w:t xml:space="preserve">Corresponding author: </w:t>
      </w:r>
      <w:r w:rsidRPr="00D16FE8">
        <w:t xml:space="preserve">Name, Department, Institution/University, City, </w:t>
      </w:r>
      <w:r w:rsidRPr="00D16FE8">
        <w:t>Country</w:t>
      </w:r>
      <w:r w:rsidRPr="00D16FE8">
        <w:br/>
        <w:t>Email: author@example.com</w:t>
      </w:r>
    </w:p>
    <w:p w:rsidR="003C4A57" w:rsidRPr="00D16FE8" w:rsidRDefault="00D5025D">
      <w:pPr>
        <w:pStyle w:val="TemplateNote"/>
      </w:pPr>
      <w:r w:rsidRPr="00D16FE8">
        <w:t>Template instruction: Replace all placeholder text with the manuscript content. Remove instructional notes before submission.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Abstract</w:t>
      </w:r>
    </w:p>
    <w:p w:rsidR="003C4A57" w:rsidRPr="00D16FE8" w:rsidRDefault="00D5025D">
      <w:r w:rsidRPr="00D16FE8">
        <w:t xml:space="preserve">[Write a concise, self-contained abstract stating the background/purpose, methods, key </w:t>
      </w:r>
      <w:r w:rsidRPr="00D16FE8">
        <w:t>findings, and conclusion. Follow the journal's article-type requirements.]</w:t>
      </w:r>
    </w:p>
    <w:p w:rsidR="003C4A57" w:rsidRPr="00D16FE8" w:rsidRDefault="00D5025D">
      <w:r w:rsidRPr="00D16FE8">
        <w:rPr>
          <w:b/>
        </w:rPr>
        <w:t xml:space="preserve">Keywords: </w:t>
      </w:r>
      <w:r w:rsidRPr="00D16FE8">
        <w:t>Keyword 1; Keyword 2; Keyword 3; Keyword 4; Keyword 5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1. Introduction</w:t>
      </w:r>
    </w:p>
    <w:p w:rsidR="003C4A57" w:rsidRPr="00D16FE8" w:rsidRDefault="00D5025D">
      <w:r w:rsidRPr="00D16FE8">
        <w:t xml:space="preserve">[Present the background, research problem, rationale, relevant context, research gap, and purpose of </w:t>
      </w:r>
      <w:r w:rsidRPr="00D16FE8">
        <w:t>the study. End with the study aim or research question(s), as appropriate.]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2. Literature Review / Background</w:t>
      </w:r>
    </w:p>
    <w:p w:rsidR="003C4A57" w:rsidRPr="00D16FE8" w:rsidRDefault="00D5025D">
      <w:r w:rsidRPr="00D16FE8">
        <w:t>[Synthesize relevant scholarly literature, theories, concepts, and previous findings. Identify the knowledge gap or context addressed by the prese</w:t>
      </w:r>
      <w:r w:rsidRPr="00D16FE8">
        <w:t>nt study. Use this section when appropriate to the article type.]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3. Objectives / Research Questions</w:t>
      </w:r>
    </w:p>
    <w:p w:rsidR="003C4A57" w:rsidRPr="00D16FE8" w:rsidRDefault="00D5025D">
      <w:r w:rsidRPr="00D16FE8">
        <w:t>[State specific objectives and/or research questions where applicable.]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4. Materials and Methods / Methodology</w:t>
      </w:r>
    </w:p>
    <w:p w:rsidR="003C4A57" w:rsidRPr="00D16FE8" w:rsidRDefault="00D5025D">
      <w:r w:rsidRPr="00D16FE8">
        <w:t>[Describe the research design, setting, part</w:t>
      </w:r>
      <w:r w:rsidRPr="00D16FE8">
        <w:t>icipants/sample, inclusion and exclusion criteria, data sources, instruments, procedures, variables, statistical/analytical methods, software, and ethical considerations as applicable.]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5. Results</w:t>
      </w:r>
    </w:p>
    <w:p w:rsidR="003C4A57" w:rsidRPr="00D16FE8" w:rsidRDefault="00D5025D">
      <w:r w:rsidRPr="00D16FE8">
        <w:t>[Present findings clearly and logically. Use tables and fig</w:t>
      </w:r>
      <w:r w:rsidRPr="00D16FE8">
        <w:t>ures where useful. Avoid duplicating the same information unnecessarily in text and tables.]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6. Discussion</w:t>
      </w:r>
    </w:p>
    <w:p w:rsidR="003C4A57" w:rsidRPr="00D16FE8" w:rsidRDefault="00D5025D">
      <w:r w:rsidRPr="00D16FE8">
        <w:t xml:space="preserve">[Interpret the findings, compare them with relevant literature, explain similarities or differences, discuss implications, and address strengths and </w:t>
      </w:r>
      <w:r w:rsidRPr="00D16FE8">
        <w:t>limitations.]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7. Results and Discussion</w:t>
      </w:r>
    </w:p>
    <w:p w:rsidR="003C4A57" w:rsidRPr="00D16FE8" w:rsidRDefault="00D5025D">
      <w:r w:rsidRPr="00D16FE8">
        <w:t>[For article types in which results and interpretation are appropriately combined, use this section instead of separate Results and Discussion sections.]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lastRenderedPageBreak/>
        <w:t>8. Conclusion</w:t>
      </w:r>
    </w:p>
    <w:p w:rsidR="003C4A57" w:rsidRPr="00D16FE8" w:rsidRDefault="00D5025D">
      <w:r w:rsidRPr="00D16FE8">
        <w:t>[Summarize the principal findings and their sign</w:t>
      </w:r>
      <w:r w:rsidRPr="00D16FE8">
        <w:t>ificance. Do not introduce new evidence.]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9. Limitations</w:t>
      </w:r>
    </w:p>
    <w:p w:rsidR="003C4A57" w:rsidRPr="00D16FE8" w:rsidRDefault="00D5025D">
      <w:r w:rsidRPr="00D16FE8">
        <w:t>[Describe important methodological, contextual, sample, data, or other limitations, where applicable.]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10. Recommendations / Implications</w:t>
      </w:r>
    </w:p>
    <w:p w:rsidR="003C4A57" w:rsidRPr="00D16FE8" w:rsidRDefault="00D5025D">
      <w:r w:rsidRPr="00D16FE8">
        <w:t>[Provide practical, policy, clinical, educational, theoretica</w:t>
      </w:r>
      <w:r w:rsidRPr="00D16FE8">
        <w:t>l, or research implications where appropriate.]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Tables</w:t>
      </w:r>
    </w:p>
    <w:p w:rsidR="003C4A57" w:rsidRPr="00D16FE8" w:rsidRDefault="00D5025D">
      <w:r w:rsidRPr="00D16FE8">
        <w:t>Tables should be numbered consecutively and cited in the manuscript text. Keep titles concise and ensure that all abbreviations and notes are explained.</w:t>
      </w:r>
    </w:p>
    <w:tbl>
      <w:tblPr>
        <w:tblStyle w:val="TableGrid"/>
        <w:tblW w:w="0" w:type="auto"/>
        <w:jc w:val="center"/>
        <w:tblLook w:val="04A0"/>
      </w:tblPr>
      <w:tblGrid>
        <w:gridCol w:w="3177"/>
        <w:gridCol w:w="3178"/>
        <w:gridCol w:w="3175"/>
      </w:tblGrid>
      <w:tr w:rsidR="003C4A57" w:rsidRPr="00D16FE8">
        <w:trPr>
          <w:jc w:val="center"/>
        </w:trPr>
        <w:tc>
          <w:tcPr>
            <w:tcW w:w="3216" w:type="dxa"/>
          </w:tcPr>
          <w:p w:rsidR="003C4A57" w:rsidRPr="00D16FE8" w:rsidRDefault="00D5025D">
            <w:r w:rsidRPr="00D16FE8">
              <w:rPr>
                <w:b/>
              </w:rPr>
              <w:t>Table 1. Sample table title</w:t>
            </w:r>
          </w:p>
        </w:tc>
        <w:tc>
          <w:tcPr>
            <w:tcW w:w="3216" w:type="dxa"/>
          </w:tcPr>
          <w:p w:rsidR="003C4A57" w:rsidRPr="00D16FE8" w:rsidRDefault="00D5025D">
            <w:r w:rsidRPr="00D16FE8">
              <w:rPr>
                <w:b/>
              </w:rPr>
              <w:t>Indicator</w:t>
            </w:r>
          </w:p>
        </w:tc>
        <w:tc>
          <w:tcPr>
            <w:tcW w:w="3216" w:type="dxa"/>
          </w:tcPr>
          <w:p w:rsidR="003C4A57" w:rsidRPr="00D16FE8" w:rsidRDefault="00D5025D">
            <w:r w:rsidRPr="00D16FE8">
              <w:rPr>
                <w:b/>
              </w:rPr>
              <w:t>Result</w:t>
            </w:r>
          </w:p>
        </w:tc>
      </w:tr>
      <w:tr w:rsidR="003C4A57" w:rsidRPr="00D16FE8">
        <w:trPr>
          <w:jc w:val="center"/>
        </w:trPr>
        <w:tc>
          <w:tcPr>
            <w:tcW w:w="3216" w:type="dxa"/>
          </w:tcPr>
          <w:p w:rsidR="003C4A57" w:rsidRPr="00D16FE8" w:rsidRDefault="00D5025D">
            <w:r w:rsidRPr="00D16FE8">
              <w:t>Example</w:t>
            </w:r>
          </w:p>
        </w:tc>
        <w:tc>
          <w:tcPr>
            <w:tcW w:w="3216" w:type="dxa"/>
          </w:tcPr>
          <w:p w:rsidR="003C4A57" w:rsidRPr="00D16FE8" w:rsidRDefault="00D5025D">
            <w:r w:rsidRPr="00D16FE8">
              <w:t>Replace with data</w:t>
            </w:r>
          </w:p>
        </w:tc>
        <w:tc>
          <w:tcPr>
            <w:tcW w:w="3216" w:type="dxa"/>
          </w:tcPr>
          <w:p w:rsidR="003C4A57" w:rsidRPr="00D16FE8" w:rsidRDefault="00D5025D">
            <w:r w:rsidRPr="00D16FE8">
              <w:t>Replace with result</w:t>
            </w:r>
          </w:p>
        </w:tc>
      </w:tr>
    </w:tbl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Figures</w:t>
      </w:r>
    </w:p>
    <w:p w:rsidR="003C4A57" w:rsidRPr="00D16FE8" w:rsidRDefault="00D5025D">
      <w:r w:rsidRPr="00D16FE8">
        <w:t>Figures should be numbered consecutively, cited in the manuscript text, and supplied at publication-quality resolution. Figure captions should appear consistently according to the final journal product</w:t>
      </w:r>
      <w:r w:rsidRPr="00D16FE8">
        <w:t>ion style.</w:t>
      </w:r>
    </w:p>
    <w:p w:rsidR="003C4A57" w:rsidRPr="00D16FE8" w:rsidRDefault="00D5025D">
      <w:r w:rsidRPr="00D16FE8">
        <w:t>Figure 1. [Insert concise figure caption here.]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Acknowledgements</w:t>
      </w:r>
    </w:p>
    <w:p w:rsidR="003C4A57" w:rsidRPr="00D16FE8" w:rsidRDefault="00D5025D">
      <w:r w:rsidRPr="00D16FE8">
        <w:t>[Acknowledge institutional, technical, financial, or other contributions that do not qualify for authorship. Delete if not applicable.]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Funding</w:t>
      </w:r>
    </w:p>
    <w:p w:rsidR="003C4A57" w:rsidRPr="00D16FE8" w:rsidRDefault="00D5025D">
      <w:r w:rsidRPr="00D16FE8">
        <w:t xml:space="preserve">[State the funding source and grant </w:t>
      </w:r>
      <w:r w:rsidRPr="00D16FE8">
        <w:t>number, if applicable. If there was no external funding: “This research received no external funding.”]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Conflict of Interest</w:t>
      </w:r>
    </w:p>
    <w:p w:rsidR="003C4A57" w:rsidRPr="00D16FE8" w:rsidRDefault="00D5025D">
      <w:r w:rsidRPr="00D16FE8">
        <w:t>The author(s) declare no conflict of interest. [Modify if a conflict exists.]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Ethical Approval</w:t>
      </w:r>
    </w:p>
    <w:p w:rsidR="003C4A57" w:rsidRPr="00D16FE8" w:rsidRDefault="00D5025D">
      <w:r w:rsidRPr="00D16FE8">
        <w:t>[Provide the name of the approving e</w:t>
      </w:r>
      <w:r w:rsidRPr="00D16FE8">
        <w:t>thics committee/institution, approval number, and date where applicable. State why ethical approval was not required when appropriate.]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Informed Consent</w:t>
      </w:r>
    </w:p>
    <w:p w:rsidR="003C4A57" w:rsidRPr="00D16FE8" w:rsidRDefault="00D5025D">
      <w:r w:rsidRPr="00D16FE8">
        <w:t xml:space="preserve">[State whether informed consent was obtained. For studies where consent is not applicable, state this </w:t>
      </w:r>
      <w:r w:rsidRPr="00D16FE8">
        <w:t>clearly.]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Author Contributions</w:t>
      </w:r>
    </w:p>
    <w:p w:rsidR="003C4A57" w:rsidRPr="00D16FE8" w:rsidRDefault="00D5025D">
      <w:r w:rsidRPr="00D16FE8">
        <w:t xml:space="preserve">[Specify each author's contribution using a consistent contribution statement. Example: Conceptualization—Author A; Methodology—Author A and Author B; Data Curation—Author B; Writing—Original Draft—Author A; Writing—Review &amp; </w:t>
      </w:r>
      <w:r w:rsidRPr="00D16FE8">
        <w:t>Editing—All authors.]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lastRenderedPageBreak/>
        <w:t>Data Availability</w:t>
      </w:r>
    </w:p>
    <w:p w:rsidR="003C4A57" w:rsidRPr="00D16FE8" w:rsidRDefault="00D5025D">
      <w:r w:rsidRPr="00D16FE8">
        <w:t>[State where the data supporting the findings are available, or explain applicable restrictions. If no dataset is available, state the reason.]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Artificial Intelligence (AI) Use and Disclosure</w:t>
      </w:r>
    </w:p>
    <w:p w:rsidR="003C4A57" w:rsidRPr="00D16FE8" w:rsidRDefault="00D5025D">
      <w:r w:rsidRPr="00D16FE8">
        <w:t>[Declare any use of gene</w:t>
      </w:r>
      <w:r w:rsidRPr="00D16FE8">
        <w:t>rative AI or AI-assisted tools in manuscript preparation, analysis, coding, image generation, translation, or other research activities. If no AI tools were used, state: “The authors did not use generative AI or AI-assisted tools in the preparation of this</w:t>
      </w:r>
      <w:r w:rsidRPr="00D16FE8">
        <w:t xml:space="preserve"> manuscript.” Authors remain responsible for the accuracy, originality, integrity, and final content of the manuscript.]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References</w:t>
      </w:r>
    </w:p>
    <w:p w:rsidR="003C4A57" w:rsidRPr="00D16FE8" w:rsidRDefault="00D5025D">
      <w:r w:rsidRPr="00D16FE8">
        <w:t>[Use the citation and reference style specified by IJMRS. Ensure every in-text citation appears in the reference list and ev</w:t>
      </w:r>
      <w:r w:rsidRPr="00D16FE8">
        <w:t>ery listed reference is cited in the manuscript.]</w:t>
      </w:r>
    </w:p>
    <w:p w:rsidR="003C4A57" w:rsidRPr="00D16FE8" w:rsidRDefault="00D5025D">
      <w:r w:rsidRPr="00D16FE8">
        <w:t>Author, A. A., &amp; Author, B. B. (Year). Title of article. Journal Title, volume(issue), pages. https://doi.org/xxxxx</w:t>
      </w:r>
    </w:p>
    <w:p w:rsidR="003C4A57" w:rsidRPr="00D16FE8" w:rsidRDefault="00D5025D">
      <w:r w:rsidRPr="00D16FE8">
        <w:t>Author, A. A. (Year). Title of book. Publisher.</w:t>
      </w:r>
    </w:p>
    <w:p w:rsidR="003C4A57" w:rsidRPr="00D16FE8" w:rsidRDefault="00D5025D">
      <w:r w:rsidRPr="00D16FE8">
        <w:t>Organization Name. (Year). Title of report</w:t>
      </w:r>
      <w:r w:rsidRPr="00D16FE8">
        <w:t>. Publisher or Website.</w:t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t>Appendices / Supplementary Material</w:t>
      </w:r>
    </w:p>
    <w:p w:rsidR="003C4A57" w:rsidRPr="00D16FE8" w:rsidRDefault="00D5025D">
      <w:r w:rsidRPr="00D16FE8">
        <w:t>[Include questionnaires, supplementary tables, additional figures, interview schedules, datasets, or other supporting material when appropriate.]</w:t>
      </w:r>
    </w:p>
    <w:p w:rsidR="003C4A57" w:rsidRPr="00D16FE8" w:rsidRDefault="00D5025D">
      <w:r w:rsidRPr="00D16FE8">
        <w:br w:type="page"/>
      </w:r>
    </w:p>
    <w:p w:rsidR="003C4A57" w:rsidRPr="00D16FE8" w:rsidRDefault="00D5025D">
      <w:pPr>
        <w:pStyle w:val="Heading1"/>
        <w:rPr>
          <w:rFonts w:ascii="Times New Roman" w:hAnsi="Times New Roman" w:cs="Times New Roman"/>
        </w:rPr>
      </w:pPr>
      <w:r w:rsidRPr="00D16FE8">
        <w:rPr>
          <w:rFonts w:ascii="Times New Roman" w:eastAsia="Times New Roman" w:hAnsi="Times New Roman" w:cs="Times New Roman"/>
        </w:rPr>
        <w:lastRenderedPageBreak/>
        <w:t>IJMRS Manuscript Formatting Guide</w:t>
      </w:r>
    </w:p>
    <w:p w:rsidR="003C4A57" w:rsidRPr="00D16FE8" w:rsidRDefault="00D5025D">
      <w:pPr>
        <w:spacing w:after="50"/>
        <w:ind w:left="360" w:hanging="180"/>
      </w:pPr>
      <w:r w:rsidRPr="00D16FE8">
        <w:rPr>
          <w:b/>
        </w:rPr>
        <w:t xml:space="preserve">Page size: </w:t>
      </w:r>
      <w:r w:rsidRPr="00D16FE8">
        <w:t>A4</w:t>
      </w:r>
    </w:p>
    <w:p w:rsidR="003C4A57" w:rsidRPr="00D16FE8" w:rsidRDefault="00D5025D">
      <w:pPr>
        <w:spacing w:after="50"/>
        <w:ind w:left="360" w:hanging="180"/>
      </w:pPr>
      <w:r w:rsidRPr="00D16FE8">
        <w:rPr>
          <w:b/>
        </w:rPr>
        <w:t xml:space="preserve">Margins: </w:t>
      </w:r>
      <w:r w:rsidRPr="00D16FE8">
        <w:t>0.9 inch on all sides in this template</w:t>
      </w:r>
    </w:p>
    <w:p w:rsidR="003C4A57" w:rsidRPr="00D16FE8" w:rsidRDefault="00D5025D">
      <w:pPr>
        <w:spacing w:after="50"/>
        <w:ind w:left="360" w:hanging="180"/>
      </w:pPr>
      <w:r w:rsidRPr="00D16FE8">
        <w:rPr>
          <w:b/>
        </w:rPr>
        <w:t xml:space="preserve">Orientation: </w:t>
      </w:r>
      <w:r w:rsidRPr="00D16FE8">
        <w:t>Portrait</w:t>
      </w:r>
    </w:p>
    <w:p w:rsidR="003C4A57" w:rsidRPr="00D16FE8" w:rsidRDefault="00D5025D">
      <w:pPr>
        <w:spacing w:after="50"/>
        <w:ind w:left="360" w:hanging="180"/>
      </w:pPr>
      <w:r w:rsidRPr="00D16FE8">
        <w:rPr>
          <w:b/>
        </w:rPr>
        <w:t xml:space="preserve">Layout: </w:t>
      </w:r>
      <w:r w:rsidRPr="00D16FE8">
        <w:t>Single column</w:t>
      </w:r>
    </w:p>
    <w:p w:rsidR="003C4A57" w:rsidRPr="00D16FE8" w:rsidRDefault="00D5025D">
      <w:pPr>
        <w:spacing w:after="50"/>
        <w:ind w:left="360" w:hanging="180"/>
      </w:pPr>
      <w:r w:rsidRPr="00D16FE8">
        <w:rPr>
          <w:b/>
        </w:rPr>
        <w:t xml:space="preserve">Primary font: </w:t>
      </w:r>
      <w:r w:rsidRPr="00D16FE8">
        <w:t>Times New Roman</w:t>
      </w:r>
    </w:p>
    <w:p w:rsidR="003C4A57" w:rsidRPr="00D16FE8" w:rsidRDefault="00D5025D">
      <w:pPr>
        <w:spacing w:after="50"/>
        <w:ind w:left="360" w:hanging="180"/>
      </w:pPr>
      <w:r w:rsidRPr="00D16FE8">
        <w:rPr>
          <w:b/>
        </w:rPr>
        <w:t xml:space="preserve">Body text: </w:t>
      </w:r>
      <w:r w:rsidRPr="00D16FE8">
        <w:t>11 pt, justified, 1.15 line spacing</w:t>
      </w:r>
    </w:p>
    <w:p w:rsidR="003C4A57" w:rsidRPr="00D16FE8" w:rsidRDefault="00D5025D">
      <w:pPr>
        <w:spacing w:after="50"/>
        <w:ind w:left="360" w:hanging="180"/>
      </w:pPr>
      <w:r w:rsidRPr="00D16FE8">
        <w:rPr>
          <w:b/>
        </w:rPr>
        <w:t xml:space="preserve">Article title: </w:t>
      </w:r>
      <w:r w:rsidRPr="00D16FE8">
        <w:t>16 pt, bold, centered</w:t>
      </w:r>
    </w:p>
    <w:p w:rsidR="003C4A57" w:rsidRPr="00D16FE8" w:rsidRDefault="00D5025D">
      <w:pPr>
        <w:spacing w:after="50"/>
        <w:ind w:left="360" w:hanging="180"/>
      </w:pPr>
      <w:r w:rsidRPr="00D16FE8">
        <w:rPr>
          <w:b/>
        </w:rPr>
        <w:t xml:space="preserve">Main headings: </w:t>
      </w:r>
      <w:r w:rsidRPr="00D16FE8">
        <w:t>13 pt, bold</w:t>
      </w:r>
    </w:p>
    <w:p w:rsidR="003C4A57" w:rsidRPr="00D16FE8" w:rsidRDefault="00D5025D">
      <w:pPr>
        <w:spacing w:after="50"/>
        <w:ind w:left="360" w:hanging="180"/>
      </w:pPr>
      <w:r w:rsidRPr="00D16FE8">
        <w:rPr>
          <w:b/>
        </w:rPr>
        <w:t xml:space="preserve">Subheadings: </w:t>
      </w:r>
      <w:r w:rsidRPr="00D16FE8">
        <w:t>11 pt, bol</w:t>
      </w:r>
      <w:r w:rsidRPr="00D16FE8">
        <w:t>d</w:t>
      </w:r>
    </w:p>
    <w:p w:rsidR="003C4A57" w:rsidRPr="00D16FE8" w:rsidRDefault="00D5025D">
      <w:pPr>
        <w:spacing w:after="50"/>
        <w:ind w:left="360" w:hanging="180"/>
      </w:pPr>
      <w:r w:rsidRPr="00D16FE8">
        <w:rPr>
          <w:b/>
        </w:rPr>
        <w:t xml:space="preserve">Abstract: </w:t>
      </w:r>
      <w:r w:rsidRPr="00D16FE8">
        <w:t>Concise and structured according to article type</w:t>
      </w:r>
    </w:p>
    <w:p w:rsidR="003C4A57" w:rsidRPr="00D16FE8" w:rsidRDefault="00D5025D">
      <w:pPr>
        <w:spacing w:after="50"/>
        <w:ind w:left="360" w:hanging="180"/>
      </w:pPr>
      <w:r w:rsidRPr="00D16FE8">
        <w:rPr>
          <w:b/>
        </w:rPr>
        <w:t xml:space="preserve">Keywords: </w:t>
      </w:r>
      <w:r w:rsidRPr="00D16FE8">
        <w:t>5–7 relevant terms</w:t>
      </w:r>
    </w:p>
    <w:p w:rsidR="003C4A57" w:rsidRPr="00D16FE8" w:rsidRDefault="00D5025D">
      <w:pPr>
        <w:spacing w:after="50"/>
        <w:ind w:left="360" w:hanging="180"/>
      </w:pPr>
      <w:r w:rsidRPr="00D16FE8">
        <w:rPr>
          <w:b/>
        </w:rPr>
        <w:t xml:space="preserve">Tables/Figures: </w:t>
      </w:r>
      <w:r w:rsidRPr="00D16FE8">
        <w:t>Number consecutively, provide clear titles/captions, and cite in text</w:t>
      </w:r>
    </w:p>
    <w:p w:rsidR="003C4A57" w:rsidRPr="00D16FE8" w:rsidRDefault="00D5025D">
      <w:pPr>
        <w:spacing w:after="50"/>
        <w:ind w:left="360" w:hanging="180"/>
      </w:pPr>
      <w:r w:rsidRPr="00D16FE8">
        <w:rPr>
          <w:b/>
        </w:rPr>
        <w:t xml:space="preserve">References: </w:t>
      </w:r>
      <w:r w:rsidRPr="00D16FE8">
        <w:t>Use the IJMRS-specified reference style consistently</w:t>
      </w:r>
    </w:p>
    <w:p w:rsidR="003C4A57" w:rsidRPr="00D16FE8" w:rsidRDefault="00D5025D">
      <w:pPr>
        <w:spacing w:after="50"/>
        <w:ind w:left="360" w:hanging="180"/>
      </w:pPr>
      <w:r w:rsidRPr="00D16FE8">
        <w:rPr>
          <w:b/>
        </w:rPr>
        <w:t xml:space="preserve">File format: </w:t>
      </w:r>
      <w:r w:rsidRPr="00D16FE8">
        <w:t>DOCX preferred for manuscript submission</w:t>
      </w:r>
    </w:p>
    <w:p w:rsidR="003C4A57" w:rsidRPr="00D16FE8" w:rsidRDefault="00D5025D">
      <w:pPr>
        <w:pStyle w:val="TemplateNote"/>
      </w:pPr>
      <w:r w:rsidRPr="00D16FE8">
        <w:t>Important: The manuscript structure is adaptable to the subject, study design, and article type. Authors should not force inappropriate sections into a manuscript. Replace all instructional text before submission.</w:t>
      </w:r>
    </w:p>
    <w:sectPr w:rsidR="003C4A57" w:rsidRPr="00D16FE8" w:rsidSect="00034616">
      <w:headerReference w:type="default" r:id="rId8"/>
      <w:footerReference w:type="default" r:id="rId9"/>
      <w:pgSz w:w="11906" w:h="16838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025D" w:rsidRDefault="00D5025D" w:rsidP="003C4A57">
      <w:pPr>
        <w:spacing w:after="0" w:line="240" w:lineRule="auto"/>
      </w:pPr>
      <w:r>
        <w:separator/>
      </w:r>
    </w:p>
  </w:endnote>
  <w:endnote w:type="continuationSeparator" w:id="1">
    <w:p w:rsidR="00D5025D" w:rsidRDefault="00D5025D" w:rsidP="003C4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A57" w:rsidRDefault="00D5025D">
    <w:pPr>
      <w:pStyle w:val="Footer"/>
      <w:jc w:val="center"/>
    </w:pPr>
    <w:r>
      <w:rPr>
        <w:sz w:val="16"/>
      </w:rPr>
      <w:t xml:space="preserve">IJMRS Manuscript Template  |  Page </w:t>
    </w:r>
    <w:fldSimple w:instr="PAGE">
      <w:r w:rsidR="00D16FE8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025D" w:rsidRDefault="00D5025D" w:rsidP="003C4A57">
      <w:pPr>
        <w:spacing w:after="0" w:line="240" w:lineRule="auto"/>
      </w:pPr>
      <w:r>
        <w:separator/>
      </w:r>
    </w:p>
  </w:footnote>
  <w:footnote w:type="continuationSeparator" w:id="1">
    <w:p w:rsidR="00D5025D" w:rsidRDefault="00D5025D" w:rsidP="003C4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A57" w:rsidRDefault="00D5025D">
    <w:pPr>
      <w:pStyle w:val="Header"/>
      <w:jc w:val="center"/>
    </w:pPr>
    <w:r>
      <w:rPr>
        <w:sz w:val="16"/>
      </w:rPr>
      <w:t>International Journal of Multidisciplinary Research and Studies (IJMRS)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3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29639D"/>
    <w:rsid w:val="00326F90"/>
    <w:rsid w:val="003C4A57"/>
    <w:rsid w:val="00AA1D8D"/>
    <w:rsid w:val="00B47730"/>
    <w:rsid w:val="00CB0664"/>
    <w:rsid w:val="00D16FE8"/>
    <w:rsid w:val="00D5025D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eastAsia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eastAsia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eastAsia="Times New Roman" w:hAnsi="Times New Roman" w:cs="Times New Roman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eastAsia="Times New Roman" w:hAnsi="Times New Roman" w:cs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eastAsia="Times New Roman" w:hAnsi="Times New Roman" w:cs="Times New Roman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eastAsia="Times New Roman" w:hAnsi="Times New Roman" w:cs="Times New Roman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eastAsia="Times New Roman" w:hAnsi="Times New Roman" w:cs="Times New Roman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eastAsia="Times New Roman" w:hAnsi="Times New Roman" w:cs="Times New Roman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eastAsia="Times New Roman" w:hAnsi="Times New Roman" w:cs="Times New Roman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eastAsia="Times New Roman" w:hAnsi="Times New Roman" w:cs="Times New Roman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eastAsia="Times New Roman" w:hAnsi="Times New Roman" w:cs="Times New Roman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eastAsia="Times New Roman" w:hAnsi="Times New Roman" w:cs="Times New Roman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eastAsia="Times New Roman" w:hAnsi="Times New Roman" w:cs="Times New Roman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uthorInformation">
    <w:name w:val="Author Information"/>
    <w:rsid w:val="003C4A57"/>
    <w:pPr>
      <w:jc w:val="center"/>
    </w:pPr>
    <w:rPr>
      <w:rFonts w:ascii="Times New Roman" w:eastAsia="Times New Roman" w:hAnsi="Times New Roman" w:cs="Times New Roman"/>
    </w:rPr>
  </w:style>
  <w:style w:type="paragraph" w:customStyle="1" w:styleId="TemplateNote">
    <w:name w:val="Template Note"/>
    <w:rsid w:val="003C4A57"/>
    <w:pPr>
      <w:spacing w:after="160"/>
    </w:pPr>
    <w:rPr>
      <w:rFonts w:ascii="Times New Roman" w:eastAsia="Times New Roman" w:hAnsi="Times New Roman" w:cs="Times New Roman"/>
      <w:i/>
      <w:sz w:val="18"/>
    </w:rPr>
  </w:style>
  <w:style w:type="paragraph" w:customStyle="1" w:styleId="DeclarationHeading">
    <w:name w:val="Declaration Heading"/>
    <w:rsid w:val="003C4A57"/>
    <w:pPr>
      <w:spacing w:before="160" w:after="60"/>
    </w:pPr>
    <w:rPr>
      <w:rFonts w:ascii="Times New Roman" w:eastAsia="Times New Roman" w:hAnsi="Times New Roman" w:cs="Times New Roman"/>
      <w:b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5867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NASA</cp:lastModifiedBy>
  <cp:revision>2</cp:revision>
  <dcterms:created xsi:type="dcterms:W3CDTF">2013-12-23T23:15:00Z</dcterms:created>
  <dcterms:modified xsi:type="dcterms:W3CDTF">2026-09-11T16:49:00Z</dcterms:modified>
  <cp:category/>
</cp:coreProperties>
</file>