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eastAsia="Times New Roman" w:cs="Times New Roman"/>
        </w:rPr>
        <w:t>TITLE OF THE REVIEW ARTICLE</w:t>
      </w:r>
    </w:p>
    <w:p>
      <w:pPr>
        <w:pStyle w:val="AuthorInformation"/>
        <w:jc w:val="center"/>
      </w:pPr>
      <w:r>
        <w:rPr>
          <w:rFonts w:ascii="Times New Roman" w:hAnsi="Times New Roman" w:eastAsia="Times New Roman" w:cs="Times New Roman"/>
          <w:b/>
        </w:rPr>
        <w:t>First Author¹, Second Author²</w:t>
      </w:r>
    </w:p>
    <w:p>
      <w:pPr>
        <w:pStyle w:val="AuthorInformation"/>
        <w:jc w:val="center"/>
      </w:pPr>
      <w:r>
        <w:rPr>
          <w:rFonts w:ascii="Times New Roman" w:hAnsi="Times New Roman" w:eastAsia="Times New Roman" w:cs="Times New Roman"/>
        </w:rPr>
        <w:t>¹Designation, Department, Institution/University, City, Country</w:t>
        <w:br/>
        <w:t>²Designation, Department, Institution/University, City, Country</w:t>
      </w:r>
    </w:p>
    <w:p>
      <w:pPr>
        <w:pStyle w:val="AuthorInformation"/>
        <w:jc w:val="center"/>
      </w:pPr>
      <w:r>
        <w:rPr>
          <w:rFonts w:ascii="Times New Roman" w:hAnsi="Times New Roman" w:eastAsia="Times New Roman" w:cs="Times New Roman"/>
          <w:b/>
        </w:rPr>
        <w:t xml:space="preserve">Corresponding author: </w:t>
      </w:r>
      <w:r>
        <w:rPr>
          <w:rFonts w:ascii="Times New Roman" w:hAnsi="Times New Roman" w:eastAsia="Times New Roman" w:cs="Times New Roman"/>
        </w:rPr>
        <w:t>Name, Department, Institution/University, City, Country</w:t>
        <w:br/>
        <w:t>Email: author@example.com</w:t>
      </w:r>
    </w:p>
    <w:p>
      <w:pPr>
        <w:pStyle w:val="TemplateNote"/>
      </w:pPr>
      <w:r>
        <w:rPr>
          <w:rFonts w:ascii="Times New Roman" w:hAnsi="Times New Roman" w:eastAsia="Times New Roman" w:cs="Times New Roman"/>
        </w:rPr>
        <w:t>Template instruction: Replace all placeholder text with the review article content. Remove instructional notes before submission.</w:t>
      </w:r>
    </w:p>
    <w:p>
      <w:pPr>
        <w:pStyle w:val="Heading1"/>
      </w:pPr>
      <w:r>
        <w:rPr>
          <w:rFonts w:ascii="Times New Roman" w:hAnsi="Times New Roman" w:eastAsia="Times New Roman" w:cs="Times New Roman"/>
        </w:rPr>
        <w:t>Abstract</w:t>
      </w:r>
    </w:p>
    <w:p>
      <w:pPr>
        <w:jc w:val="both"/>
      </w:pPr>
      <w:r>
        <w:rPr>
          <w:rFonts w:ascii="Times New Roman" w:hAnsi="Times New Roman" w:eastAsia="Times New Roman" w:cs="Times New Roman"/>
        </w:rPr>
        <w:t>[Write a concise, self-contained abstract (typically 150–300 words). For review articles, state the background and purpose of the review, summarize the scope and main findings or themes synthesized from the literature, and highlight the principal conclusions or implications. Follow the journal’s article-type requirements.]</w:t>
      </w:r>
    </w:p>
    <w:p>
      <w:pPr/>
      <w:r>
        <w:rPr>
          <w:rFonts w:ascii="Times New Roman" w:hAnsi="Times New Roman" w:eastAsia="Times New Roman" w:cs="Times New Roman"/>
          <w:b/>
        </w:rPr>
        <w:t xml:space="preserve">Keywords: </w:t>
      </w:r>
      <w:r>
        <w:rPr>
          <w:rFonts w:ascii="Times New Roman" w:hAnsi="Times New Roman" w:eastAsia="Times New Roman" w:cs="Times New Roman"/>
        </w:rPr>
        <w:t>Keyword 1; Keyword 2; Keyword 3; Keyword 4; Keyword 5</w:t>
      </w:r>
    </w:p>
    <w:p>
      <w:pPr>
        <w:pStyle w:val="Heading1"/>
      </w:pPr>
      <w:r>
        <w:rPr>
          <w:rFonts w:ascii="Times New Roman" w:hAnsi="Times New Roman" w:eastAsia="Times New Roman" w:cs="Times New Roman"/>
        </w:rPr>
        <w:t>1. Introduction</w:t>
      </w:r>
    </w:p>
    <w:p>
      <w:pPr>
        <w:jc w:val="both"/>
      </w:pPr>
      <w:r>
        <w:rPr>
          <w:rFonts w:ascii="Times New Roman" w:hAnsi="Times New Roman" w:eastAsia="Times New Roman" w:cs="Times New Roman"/>
        </w:rPr>
        <w:t>[Introduce the topic, its significance, and the rationale for the review. Outline the scope, objectives, and research questions or themes addressed. Briefly indicate the type of review (narrative, systematic, scoping, integrative, etc.) and the overall structure of the article.]</w:t>
      </w:r>
    </w:p>
    <w:p>
      <w:pPr>
        <w:pStyle w:val="Heading1"/>
      </w:pPr>
      <w:r>
        <w:rPr>
          <w:rFonts w:ascii="Times New Roman" w:hAnsi="Times New Roman" w:eastAsia="Times New Roman" w:cs="Times New Roman"/>
        </w:rPr>
        <w:t>2. Methods / Search Strategy</w:t>
      </w:r>
    </w:p>
    <w:p>
      <w:pPr>
        <w:jc w:val="both"/>
      </w:pPr>
      <w:r>
        <w:rPr>
          <w:rFonts w:ascii="Times New Roman" w:hAnsi="Times New Roman" w:eastAsia="Times New Roman" w:cs="Times New Roman"/>
        </w:rPr>
        <w:t>[For systematic, scoping, or integrative reviews: describe the search strategy, databases consulted, keywords/search strings, inclusion and exclusion criteria, screening process, data extraction, and any quality appraisal or synthesis methods used. For narrative reviews, a brief description of the literature search approach is recommended. State the time frame and any limitations of the search.]</w:t>
      </w:r>
    </w:p>
    <w:p>
      <w:pPr>
        <w:pStyle w:val="Heading1"/>
      </w:pPr>
      <w:r>
        <w:rPr>
          <w:rFonts w:ascii="Times New Roman" w:hAnsi="Times New Roman" w:eastAsia="Times New Roman" w:cs="Times New Roman"/>
        </w:rPr>
        <w:t>3. Literature Review / Main Themes</w:t>
      </w:r>
    </w:p>
    <w:p>
      <w:pPr>
        <w:jc w:val="both"/>
      </w:pPr>
      <w:r>
        <w:rPr>
          <w:rFonts w:ascii="Times New Roman" w:hAnsi="Times New Roman" w:eastAsia="Times New Roman" w:cs="Times New Roman"/>
        </w:rPr>
        <w:t>[Synthesize the relevant literature in a clear, logical structure. Organize by themes, chronological development, theoretical frameworks, or key findings as appropriate to the review type. Critically analyze and integrate evidence rather than simply summarizing individual studies. Use subheadings (Heading 2) for major themes or sections. Cite sources consistently.]</w:t>
      </w:r>
    </w:p>
    <w:p>
      <w:pPr>
        <w:pStyle w:val="Heading2"/>
      </w:pPr>
      <w:r>
        <w:rPr>
          <w:rFonts w:ascii="Times New Roman" w:hAnsi="Times New Roman" w:eastAsia="Times New Roman" w:cs="Times New Roman"/>
        </w:rPr>
        <w:t>[Example subheading – Theme or Topic 1]</w:t>
      </w:r>
    </w:p>
    <w:p>
      <w:pPr>
        <w:jc w:val="both"/>
      </w:pPr>
      <w:r>
        <w:rPr>
          <w:rFonts w:ascii="Times New Roman" w:hAnsi="Times New Roman" w:eastAsia="Times New Roman" w:cs="Times New Roman"/>
        </w:rPr>
        <w:t>[Discuss the first major theme, comparing and contrasting findings from the literature, identifying patterns, controversies, or gaps.]</w:t>
      </w:r>
    </w:p>
    <w:p>
      <w:pPr>
        <w:pStyle w:val="Heading2"/>
      </w:pPr>
      <w:r>
        <w:rPr>
          <w:rFonts w:ascii="Times New Roman" w:hAnsi="Times New Roman" w:eastAsia="Times New Roman" w:cs="Times New Roman"/>
        </w:rPr>
        <w:t>[Example subheading – Theme or Topic 2]</w:t>
      </w:r>
    </w:p>
    <w:p>
      <w:pPr>
        <w:jc w:val="both"/>
      </w:pPr>
      <w:r>
        <w:rPr>
          <w:rFonts w:ascii="Times New Roman" w:hAnsi="Times New Roman" w:eastAsia="Times New Roman" w:cs="Times New Roman"/>
        </w:rPr>
        <w:t>[Continue thematic synthesis as needed. Additional subheadings may be added according to the scope of the review.]</w:t>
      </w:r>
    </w:p>
    <w:p>
      <w:pPr>
        <w:pStyle w:val="Heading1"/>
      </w:pPr>
      <w:r>
        <w:rPr>
          <w:rFonts w:ascii="Times New Roman" w:hAnsi="Times New Roman" w:eastAsia="Times New Roman" w:cs="Times New Roman"/>
        </w:rPr>
        <w:t>4. Discussion</w:t>
      </w:r>
    </w:p>
    <w:p>
      <w:pPr>
        <w:jc w:val="both"/>
      </w:pPr>
      <w:r>
        <w:rPr>
          <w:rFonts w:ascii="Times New Roman" w:hAnsi="Times New Roman" w:eastAsia="Times New Roman" w:cs="Times New Roman"/>
        </w:rPr>
        <w:t>[Interpret the synthesized findings, discuss their implications for theory, practice, policy, or future research, and relate them to the broader field. Highlight areas of consensus and disagreement. Address the strengths and limitations of the existing literature as well as of the present review.]</w:t>
      </w:r>
    </w:p>
    <w:p>
      <w:pPr>
        <w:pStyle w:val="Heading1"/>
      </w:pPr>
      <w:r>
        <w:rPr>
          <w:rFonts w:ascii="Times New Roman" w:hAnsi="Times New Roman" w:eastAsia="Times New Roman" w:cs="Times New Roman"/>
        </w:rPr>
        <w:t>5. Conclusion and Future Directions</w:t>
      </w:r>
    </w:p>
    <w:p>
      <w:pPr>
        <w:jc w:val="both"/>
      </w:pPr>
      <w:r>
        <w:rPr>
          <w:rFonts w:ascii="Times New Roman" w:hAnsi="Times New Roman" w:eastAsia="Times New Roman" w:cs="Times New Roman"/>
        </w:rPr>
        <w:t>[Summarize the principal insights of the review and their significance. Outline clear recommendations or future research priorities arising from the identified gaps. Do not introduce new evidence.]</w:t>
      </w:r>
    </w:p>
    <w:p>
      <w:pPr>
        <w:pStyle w:val="Heading1"/>
      </w:pPr>
      <w:r>
        <w:rPr>
          <w:rFonts w:ascii="Times New Roman" w:hAnsi="Times New Roman" w:eastAsia="Times New Roman" w:cs="Times New Roman"/>
        </w:rPr>
        <w:t>6. Limitations</w:t>
      </w:r>
    </w:p>
    <w:p>
      <w:pPr>
        <w:jc w:val="both"/>
      </w:pPr>
      <w:r>
        <w:rPr>
          <w:rFonts w:ascii="Times New Roman" w:hAnsi="Times New Roman" w:eastAsia="Times New Roman" w:cs="Times New Roman"/>
        </w:rPr>
        <w:t>[Describe important limitations of the review, such as search restrictions, language bias, publication bias, heterogeneity of included studies, or methodological constraints of the review approach.]</w:t>
      </w:r>
    </w:p>
    <w:p>
      <w:pPr>
        <w:pStyle w:val="Heading1"/>
      </w:pPr>
      <w:r>
        <w:rPr>
          <w:rFonts w:ascii="Times New Roman" w:hAnsi="Times New Roman" w:eastAsia="Times New Roman" w:cs="Times New Roman"/>
        </w:rPr>
        <w:t>Tables</w:t>
      </w:r>
    </w:p>
    <w:p>
      <w:pPr>
        <w:jc w:val="both"/>
      </w:pPr>
      <w:r>
        <w:rPr>
          <w:rFonts w:ascii="Times New Roman" w:hAnsi="Times New Roman" w:eastAsia="Times New Roman" w:cs="Times New Roman"/>
        </w:rPr>
        <w:t>Tables should be numbered consecutively and cited in the manuscript text. Keep titles concise and ensure that all abbreviations and notes are explained. Summary tables of included studies are particularly useful in systematic and scoping reviews.</w:t>
      </w:r>
    </w:p>
    <w:tbl>
      <w:tblPr>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000"/>
        <w:gridCol w:w="3000"/>
        <w:gridCol w:w="3000"/>
      </w:tblGrid>
      <w:tr>
        <w:tc>
          <w:tcPr>
            <w:tcW w:w="3000" w:type="dxa"/>
          </w:tcPr>
          <w:p>
            <w:r>
              <w:rPr>
                <w:rFonts w:ascii="Times New Roman" w:hAnsi="Times New Roman" w:eastAsia="Times New Roman" w:cs="Times New Roman"/>
                <w:b/>
              </w:rPr>
              <w:t>Table 1. Sample table title</w:t>
            </w:r>
          </w:p>
        </w:tc>
        <w:tc>
          <w:tcPr>
            <w:tcW w:w="3000" w:type="dxa"/>
          </w:tcPr>
          <w:p>
            <w:r>
              <w:rPr>
                <w:rFonts w:ascii="Times New Roman" w:hAnsi="Times New Roman" w:eastAsia="Times New Roman" w:cs="Times New Roman"/>
                <w:b/>
              </w:rPr>
              <w:t>Indicator</w:t>
            </w:r>
          </w:p>
        </w:tc>
        <w:tc>
          <w:tcPr>
            <w:tcW w:w="3000" w:type="dxa"/>
          </w:tcPr>
          <w:p>
            <w:r>
              <w:rPr>
                <w:rFonts w:ascii="Times New Roman" w:hAnsi="Times New Roman" w:eastAsia="Times New Roman" w:cs="Times New Roman"/>
                <w:b/>
              </w:rPr>
              <w:t>Result</w:t>
            </w:r>
          </w:p>
        </w:tc>
      </w:tr>
      <w:tr>
        <w:tc>
          <w:tcPr>
            <w:tcW w:w="3000" w:type="dxa"/>
          </w:tcPr>
          <w:p>
            <w:r>
              <w:rPr>
                <w:rFonts w:ascii="Times New Roman" w:hAnsi="Times New Roman" w:eastAsia="Times New Roman" w:cs="Times New Roman"/>
              </w:rPr>
              <w:t>Example</w:t>
            </w:r>
          </w:p>
        </w:tc>
        <w:tc>
          <w:tcPr>
            <w:tcW w:w="3000" w:type="dxa"/>
          </w:tcPr>
          <w:p>
            <w:r>
              <w:rPr>
                <w:rFonts w:ascii="Times New Roman" w:hAnsi="Times New Roman" w:eastAsia="Times New Roman" w:cs="Times New Roman"/>
              </w:rPr>
              <w:t>Replace with data</w:t>
            </w:r>
          </w:p>
        </w:tc>
        <w:tc>
          <w:tcPr>
            <w:tcW w:w="3000" w:type="dxa"/>
          </w:tcPr>
          <w:p>
            <w:r>
              <w:rPr>
                <w:rFonts w:ascii="Times New Roman" w:hAnsi="Times New Roman" w:eastAsia="Times New Roman" w:cs="Times New Roman"/>
              </w:rPr>
              <w:t>Replace with result</w:t>
            </w:r>
          </w:p>
        </w:tc>
      </w:tr>
    </w:tbl>
    <w:p>
      <w:pPr>
        <w:pStyle w:val="Heading1"/>
      </w:pPr>
      <w:r>
        <w:rPr>
          <w:rFonts w:ascii="Times New Roman" w:hAnsi="Times New Roman" w:eastAsia="Times New Roman" w:cs="Times New Roman"/>
        </w:rPr>
        <w:t>Figures</w:t>
      </w:r>
    </w:p>
    <w:p>
      <w:pPr>
        <w:jc w:val="both"/>
      </w:pPr>
      <w:r>
        <w:rPr>
          <w:rFonts w:ascii="Times New Roman" w:hAnsi="Times New Roman" w:eastAsia="Times New Roman" w:cs="Times New Roman"/>
        </w:rPr>
        <w:t>Figures should be numbered consecutively, cited in the manuscript text, and supplied at publication-quality resolution. Figure captions should appear consistently according to the final journal production style. PRISMA flow diagrams are recommended for systematic reviews.</w:t>
      </w:r>
    </w:p>
    <w:p>
      <w:pPr/>
      <w:r>
        <w:rPr>
          <w:rFonts w:ascii="Times New Roman" w:hAnsi="Times New Roman" w:eastAsia="Times New Roman" w:cs="Times New Roman"/>
        </w:rPr>
        <w:t>Figure 1. [Insert concise figure caption here.]</w:t>
      </w:r>
    </w:p>
    <w:p>
      <w:pPr>
        <w:pStyle w:val="Heading1"/>
      </w:pPr>
      <w:r>
        <w:rPr>
          <w:rFonts w:ascii="Times New Roman" w:hAnsi="Times New Roman" w:eastAsia="Times New Roman" w:cs="Times New Roman"/>
        </w:rPr>
        <w:t>Acknowledgements</w:t>
      </w:r>
    </w:p>
    <w:p>
      <w:pPr>
        <w:jc w:val="both"/>
      </w:pPr>
      <w:r>
        <w:rPr>
          <w:rFonts w:ascii="Times New Roman" w:hAnsi="Times New Roman" w:eastAsia="Times New Roman" w:cs="Times New Roman"/>
        </w:rPr>
        <w:t>[Acknowledge institutional, technical, financial, or other contributions that do not qualify for authorship. Delete if not applicable.]</w:t>
      </w:r>
    </w:p>
    <w:p>
      <w:pPr>
        <w:pStyle w:val="Heading1"/>
      </w:pPr>
      <w:r>
        <w:rPr>
          <w:rFonts w:ascii="Times New Roman" w:hAnsi="Times New Roman" w:eastAsia="Times New Roman" w:cs="Times New Roman"/>
        </w:rPr>
        <w:t>Funding</w:t>
      </w:r>
    </w:p>
    <w:p>
      <w:pPr>
        <w:jc w:val="both"/>
      </w:pPr>
      <w:r>
        <w:rPr>
          <w:rFonts w:ascii="Times New Roman" w:hAnsi="Times New Roman" w:eastAsia="Times New Roman" w:cs="Times New Roman"/>
        </w:rPr>
        <w:t>[State the funding source and grant number, if applicable. If there was no external funding: “This research received no external funding.”]</w:t>
      </w:r>
    </w:p>
    <w:p>
      <w:pPr>
        <w:pStyle w:val="Heading1"/>
      </w:pPr>
      <w:r>
        <w:rPr>
          <w:rFonts w:ascii="Times New Roman" w:hAnsi="Times New Roman" w:eastAsia="Times New Roman" w:cs="Times New Roman"/>
        </w:rPr>
        <w:t>Conflict of Interest</w:t>
      </w:r>
    </w:p>
    <w:p>
      <w:pPr>
        <w:jc w:val="both"/>
      </w:pPr>
      <w:r>
        <w:rPr>
          <w:rFonts w:ascii="Times New Roman" w:hAnsi="Times New Roman" w:eastAsia="Times New Roman" w:cs="Times New Roman"/>
        </w:rPr>
        <w:t>The author(s) declare no conflict of interest. [Modify if a conflict exists.]</w:t>
      </w:r>
    </w:p>
    <w:p>
      <w:pPr>
        <w:pStyle w:val="Heading1"/>
      </w:pPr>
      <w:r>
        <w:rPr>
          <w:rFonts w:ascii="Times New Roman" w:hAnsi="Times New Roman" w:eastAsia="Times New Roman" w:cs="Times New Roman"/>
        </w:rPr>
        <w:t>Ethical Approval</w:t>
      </w:r>
    </w:p>
    <w:p>
      <w:pPr>
        <w:jc w:val="both"/>
      </w:pPr>
      <w:r>
        <w:rPr>
          <w:rFonts w:ascii="Times New Roman" w:hAnsi="Times New Roman" w:eastAsia="Times New Roman" w:cs="Times New Roman"/>
        </w:rPr>
        <w:t>[Most review articles do not require ethical approval. State: “Ethical approval was not required for this review article as it is based on previously published literature.” Adjust if primary data or human participants were involved.]</w:t>
      </w:r>
    </w:p>
    <w:p>
      <w:pPr>
        <w:pStyle w:val="Heading1"/>
      </w:pPr>
      <w:r>
        <w:rPr>
          <w:rFonts w:ascii="Times New Roman" w:hAnsi="Times New Roman" w:eastAsia="Times New Roman" w:cs="Times New Roman"/>
        </w:rPr>
        <w:t>Informed Consent</w:t>
      </w:r>
    </w:p>
    <w:p>
      <w:pPr>
        <w:jc w:val="both"/>
      </w:pPr>
      <w:r>
        <w:rPr>
          <w:rFonts w:ascii="Times New Roman" w:hAnsi="Times New Roman" w:eastAsia="Times New Roman" w:cs="Times New Roman"/>
        </w:rPr>
        <w:t>[Informed consent is generally not applicable to review articles. State: “Informed consent was not required for this review.” Adjust only if the review includes primary data or identifiable information.]</w:t>
      </w:r>
    </w:p>
    <w:p>
      <w:pPr>
        <w:pStyle w:val="Heading1"/>
      </w:pPr>
      <w:r>
        <w:rPr>
          <w:rFonts w:ascii="Times New Roman" w:hAnsi="Times New Roman" w:eastAsia="Times New Roman" w:cs="Times New Roman"/>
        </w:rPr>
        <w:t>Author Contributions</w:t>
      </w:r>
    </w:p>
    <w:p>
      <w:pPr>
        <w:jc w:val="both"/>
      </w:pPr>
      <w:r>
        <w:rPr>
          <w:rFonts w:ascii="Times New Roman" w:hAnsi="Times New Roman" w:eastAsia="Times New Roman" w:cs="Times New Roman"/>
        </w:rPr>
        <w:t>[Specify each author’s contribution using a consistent contribution statement. Example: Conceptualization—Author A; Methodology/Search Strategy—Author A and Author B; Literature Screening—Author B; Writing—Original Draft—Author A; Writing—Review &amp; Editing—All authors.]</w:t>
      </w:r>
    </w:p>
    <w:p>
      <w:pPr>
        <w:pStyle w:val="Heading1"/>
      </w:pPr>
      <w:r>
        <w:rPr>
          <w:rFonts w:ascii="Times New Roman" w:hAnsi="Times New Roman" w:eastAsia="Times New Roman" w:cs="Times New Roman"/>
        </w:rPr>
        <w:t>Data Availability</w:t>
      </w:r>
    </w:p>
    <w:p>
      <w:pPr>
        <w:jc w:val="both"/>
      </w:pPr>
      <w:r>
        <w:rPr>
          <w:rFonts w:ascii="Times New Roman" w:hAnsi="Times New Roman" w:eastAsia="Times New Roman" w:cs="Times New Roman"/>
        </w:rPr>
        <w:t>[State where any data supporting the findings are available (e.g., search strategy files, extracted data tables), or explain applicable restrictions. For many reviews: “All data generated or analyzed during this study are included in this published article and its supplementary materials.”]</w:t>
      </w:r>
    </w:p>
    <w:p>
      <w:pPr>
        <w:pStyle w:val="Heading1"/>
      </w:pPr>
      <w:r>
        <w:rPr>
          <w:rFonts w:ascii="Times New Roman" w:hAnsi="Times New Roman" w:eastAsia="Times New Roman" w:cs="Times New Roman"/>
        </w:rPr>
        <w:t>Artificial Intelligence (AI) Use and Disclosure</w:t>
      </w:r>
    </w:p>
    <w:p>
      <w:pPr>
        <w:jc w:val="both"/>
      </w:pPr>
      <w:r>
        <w:rPr>
          <w:rFonts w:ascii="Times New Roman" w:hAnsi="Times New Roman" w:eastAsia="Times New Roman" w:cs="Times New Roman"/>
        </w:rPr>
        <w:t>[Declare any use of generative AI or AI-assisted tools in literature searching, screening, synthesis, manuscript preparation, translation, or other activities. If no AI tools were used, state: “The authors did not use generative AI or AI-assisted tools in the preparation of this manuscript.” Authors remain responsible for the accuracy, originality, integrity, and final content of the manuscript.]</w:t>
      </w:r>
    </w:p>
    <w:p>
      <w:pPr>
        <w:pStyle w:val="Heading1"/>
      </w:pPr>
      <w:r>
        <w:rPr>
          <w:rFonts w:ascii="Times New Roman" w:hAnsi="Times New Roman" w:eastAsia="Times New Roman" w:cs="Times New Roman"/>
        </w:rPr>
        <w:t>References</w:t>
      </w:r>
    </w:p>
    <w:p>
      <w:pPr>
        <w:jc w:val="both"/>
      </w:pPr>
      <w:r>
        <w:rPr>
          <w:rFonts w:ascii="Times New Roman" w:hAnsi="Times New Roman" w:eastAsia="Times New Roman" w:cs="Times New Roman"/>
        </w:rPr>
        <w:t>[Use the citation and reference style specified by IJMRS. Ensure every in-text citation appears in the reference list and every listed reference is cited in the manuscript. Comprehensive and up-to-date referencing is essential for review articles.]</w:t>
      </w:r>
    </w:p>
    <w:p>
      <w:pPr/>
      <w:r>
        <w:rPr>
          <w:rFonts w:ascii="Times New Roman" w:hAnsi="Times New Roman" w:eastAsia="Times New Roman" w:cs="Times New Roman"/>
        </w:rPr>
        <w:t>Author, A. A., &amp; Author, B. B. (Year). Title of article. Journal Title, volume(issue), pages. https://doi.org/xxxxx</w:t>
      </w:r>
    </w:p>
    <w:p>
      <w:pPr/>
      <w:r>
        <w:rPr>
          <w:rFonts w:ascii="Times New Roman" w:hAnsi="Times New Roman" w:eastAsia="Times New Roman" w:cs="Times New Roman"/>
        </w:rPr>
        <w:t>Author, A. A. (Year). Title of book. Publisher.</w:t>
      </w:r>
    </w:p>
    <w:p>
      <w:pPr/>
      <w:r>
        <w:rPr>
          <w:rFonts w:ascii="Times New Roman" w:hAnsi="Times New Roman" w:eastAsia="Times New Roman" w:cs="Times New Roman"/>
        </w:rPr>
        <w:t>Organization Name. (Year). Title of report. Publisher or Website.</w:t>
      </w:r>
    </w:p>
    <w:p>
      <w:pPr>
        <w:pStyle w:val="Heading1"/>
      </w:pPr>
      <w:r>
        <w:rPr>
          <w:rFonts w:ascii="Times New Roman" w:hAnsi="Times New Roman" w:eastAsia="Times New Roman" w:cs="Times New Roman"/>
        </w:rPr>
        <w:t>Appendices / Supplementary Material</w:t>
      </w:r>
    </w:p>
    <w:p>
      <w:pPr>
        <w:jc w:val="both"/>
      </w:pPr>
      <w:r>
        <w:rPr>
          <w:rFonts w:ascii="Times New Roman" w:hAnsi="Times New Roman" w:eastAsia="Times New Roman" w:cs="Times New Roman"/>
        </w:rPr>
        <w:t>[Include the full search strategy, PRISMA checklist, list of excluded studies, additional tables or figures, or other supporting material when appropriate.]</w:t>
      </w:r>
    </w:p>
    <w:p>
      <w:r>
        <w:br w:type="page"/>
      </w:r>
    </w:p>
    <w:p>
      <w:pPr>
        <w:pStyle w:val="Heading1"/>
      </w:pPr>
      <w:r>
        <w:rPr>
          <w:rFonts w:ascii="Times New Roman" w:hAnsi="Times New Roman" w:eastAsia="Times New Roman" w:cs="Times New Roman"/>
        </w:rPr>
        <w:t>IJMRS Review Article Formatting Guide</w:t>
      </w:r>
    </w:p>
    <w:p>
      <w:pPr>
        <w:spacing w:after="50"/>
        <w:ind w:left="360" w:hanging="180"/>
      </w:pPr>
      <w:r>
        <w:rPr>
          <w:rFonts w:ascii="Times New Roman" w:hAnsi="Times New Roman" w:eastAsia="Times New Roman" w:cs="Times New Roman"/>
          <w:b/>
          <w:sz w:val="22"/>
        </w:rPr>
        <w:t xml:space="preserve">Page size: </w:t>
      </w:r>
      <w:r>
        <w:rPr>
          <w:rFonts w:ascii="Times New Roman" w:hAnsi="Times New Roman" w:eastAsia="Times New Roman" w:cs="Times New Roman"/>
          <w:sz w:val="22"/>
        </w:rPr>
        <w:t>A4</w:t>
      </w:r>
    </w:p>
    <w:p>
      <w:pPr>
        <w:spacing w:after="50"/>
        <w:ind w:left="360" w:hanging="180"/>
      </w:pPr>
      <w:r>
        <w:rPr>
          <w:rFonts w:ascii="Times New Roman" w:hAnsi="Times New Roman" w:eastAsia="Times New Roman" w:cs="Times New Roman"/>
          <w:b/>
          <w:sz w:val="22"/>
        </w:rPr>
        <w:t xml:space="preserve">Margins: </w:t>
      </w:r>
      <w:r>
        <w:rPr>
          <w:rFonts w:ascii="Times New Roman" w:hAnsi="Times New Roman" w:eastAsia="Times New Roman" w:cs="Times New Roman"/>
          <w:sz w:val="22"/>
        </w:rPr>
        <w:t>0.9 inch on all sides in this template</w:t>
      </w:r>
    </w:p>
    <w:p>
      <w:pPr>
        <w:spacing w:after="50"/>
        <w:ind w:left="360" w:hanging="180"/>
      </w:pPr>
      <w:r>
        <w:rPr>
          <w:rFonts w:ascii="Times New Roman" w:hAnsi="Times New Roman" w:eastAsia="Times New Roman" w:cs="Times New Roman"/>
          <w:b/>
          <w:sz w:val="22"/>
        </w:rPr>
        <w:t xml:space="preserve">Orientation: </w:t>
      </w:r>
      <w:r>
        <w:rPr>
          <w:rFonts w:ascii="Times New Roman" w:hAnsi="Times New Roman" w:eastAsia="Times New Roman" w:cs="Times New Roman"/>
          <w:sz w:val="22"/>
        </w:rPr>
        <w:t>Portrait</w:t>
      </w:r>
    </w:p>
    <w:p>
      <w:pPr>
        <w:spacing w:after="50"/>
        <w:ind w:left="360" w:hanging="180"/>
      </w:pPr>
      <w:r>
        <w:rPr>
          <w:rFonts w:ascii="Times New Roman" w:hAnsi="Times New Roman" w:eastAsia="Times New Roman" w:cs="Times New Roman"/>
          <w:b/>
          <w:sz w:val="22"/>
        </w:rPr>
        <w:t xml:space="preserve">Layout: </w:t>
      </w:r>
      <w:r>
        <w:rPr>
          <w:rFonts w:ascii="Times New Roman" w:hAnsi="Times New Roman" w:eastAsia="Times New Roman" w:cs="Times New Roman"/>
          <w:sz w:val="22"/>
        </w:rPr>
        <w:t>Single column</w:t>
      </w:r>
    </w:p>
    <w:p>
      <w:pPr>
        <w:spacing w:after="50"/>
        <w:ind w:left="360" w:hanging="180"/>
      </w:pPr>
      <w:r>
        <w:rPr>
          <w:rFonts w:ascii="Times New Roman" w:hAnsi="Times New Roman" w:eastAsia="Times New Roman" w:cs="Times New Roman"/>
          <w:b/>
          <w:sz w:val="22"/>
        </w:rPr>
        <w:t xml:space="preserve">Primary font: </w:t>
      </w:r>
      <w:r>
        <w:rPr>
          <w:rFonts w:ascii="Times New Roman" w:hAnsi="Times New Roman" w:eastAsia="Times New Roman" w:cs="Times New Roman"/>
          <w:sz w:val="22"/>
        </w:rPr>
        <w:t>Times New Roman</w:t>
      </w:r>
    </w:p>
    <w:p>
      <w:pPr>
        <w:spacing w:after="50"/>
        <w:ind w:left="360" w:hanging="180"/>
      </w:pPr>
      <w:r>
        <w:rPr>
          <w:rFonts w:ascii="Times New Roman" w:hAnsi="Times New Roman" w:eastAsia="Times New Roman" w:cs="Times New Roman"/>
          <w:b/>
          <w:sz w:val="22"/>
        </w:rPr>
        <w:t xml:space="preserve">Body text: </w:t>
      </w:r>
      <w:r>
        <w:rPr>
          <w:rFonts w:ascii="Times New Roman" w:hAnsi="Times New Roman" w:eastAsia="Times New Roman" w:cs="Times New Roman"/>
          <w:sz w:val="22"/>
        </w:rPr>
        <w:t>11 pt, justified, 1.15 line spacing</w:t>
      </w:r>
    </w:p>
    <w:p>
      <w:pPr>
        <w:spacing w:after="50"/>
        <w:ind w:left="360" w:hanging="180"/>
      </w:pPr>
      <w:r>
        <w:rPr>
          <w:rFonts w:ascii="Times New Roman" w:hAnsi="Times New Roman" w:eastAsia="Times New Roman" w:cs="Times New Roman"/>
          <w:b/>
          <w:sz w:val="22"/>
        </w:rPr>
        <w:t xml:space="preserve">Article title: </w:t>
      </w:r>
      <w:r>
        <w:rPr>
          <w:rFonts w:ascii="Times New Roman" w:hAnsi="Times New Roman" w:eastAsia="Times New Roman" w:cs="Times New Roman"/>
          <w:sz w:val="22"/>
        </w:rPr>
        <w:t>16 pt, bold, centered</w:t>
      </w:r>
    </w:p>
    <w:p>
      <w:pPr>
        <w:spacing w:after="50"/>
        <w:ind w:left="360" w:hanging="180"/>
      </w:pPr>
      <w:r>
        <w:rPr>
          <w:rFonts w:ascii="Times New Roman" w:hAnsi="Times New Roman" w:eastAsia="Times New Roman" w:cs="Times New Roman"/>
          <w:b/>
          <w:sz w:val="22"/>
        </w:rPr>
        <w:t xml:space="preserve">Main headings: </w:t>
      </w:r>
      <w:r>
        <w:rPr>
          <w:rFonts w:ascii="Times New Roman" w:hAnsi="Times New Roman" w:eastAsia="Times New Roman" w:cs="Times New Roman"/>
          <w:sz w:val="22"/>
        </w:rPr>
        <w:t>13 pt, bold</w:t>
      </w:r>
    </w:p>
    <w:p>
      <w:pPr>
        <w:spacing w:after="50"/>
        <w:ind w:left="360" w:hanging="180"/>
      </w:pPr>
      <w:r>
        <w:rPr>
          <w:rFonts w:ascii="Times New Roman" w:hAnsi="Times New Roman" w:eastAsia="Times New Roman" w:cs="Times New Roman"/>
          <w:b/>
          <w:sz w:val="22"/>
        </w:rPr>
        <w:t xml:space="preserve">Subheadings: </w:t>
      </w:r>
      <w:r>
        <w:rPr>
          <w:rFonts w:ascii="Times New Roman" w:hAnsi="Times New Roman" w:eastAsia="Times New Roman" w:cs="Times New Roman"/>
          <w:sz w:val="22"/>
        </w:rPr>
        <w:t>11 pt, bold</w:t>
      </w:r>
    </w:p>
    <w:p>
      <w:pPr>
        <w:spacing w:after="50"/>
        <w:ind w:left="360" w:hanging="180"/>
      </w:pPr>
      <w:r>
        <w:rPr>
          <w:rFonts w:ascii="Times New Roman" w:hAnsi="Times New Roman" w:eastAsia="Times New Roman" w:cs="Times New Roman"/>
          <w:b/>
          <w:sz w:val="22"/>
        </w:rPr>
        <w:t xml:space="preserve">Abstract: </w:t>
      </w:r>
      <w:r>
        <w:rPr>
          <w:rFonts w:ascii="Times New Roman" w:hAnsi="Times New Roman" w:eastAsia="Times New Roman" w:cs="Times New Roman"/>
          <w:sz w:val="22"/>
        </w:rPr>
        <w:t>Concise (typically 150–300 words) and appropriate to the review type</w:t>
      </w:r>
    </w:p>
    <w:p>
      <w:pPr>
        <w:spacing w:after="50"/>
        <w:ind w:left="360" w:hanging="180"/>
      </w:pPr>
      <w:r>
        <w:rPr>
          <w:rFonts w:ascii="Times New Roman" w:hAnsi="Times New Roman" w:eastAsia="Times New Roman" w:cs="Times New Roman"/>
          <w:b/>
          <w:sz w:val="22"/>
        </w:rPr>
        <w:t xml:space="preserve">Keywords: </w:t>
      </w:r>
      <w:r>
        <w:rPr>
          <w:rFonts w:ascii="Times New Roman" w:hAnsi="Times New Roman" w:eastAsia="Times New Roman" w:cs="Times New Roman"/>
          <w:sz w:val="22"/>
        </w:rPr>
        <w:t>5–7 relevant terms</w:t>
      </w:r>
    </w:p>
    <w:p>
      <w:pPr>
        <w:spacing w:after="50"/>
        <w:ind w:left="360" w:hanging="180"/>
      </w:pPr>
      <w:r>
        <w:rPr>
          <w:rFonts w:ascii="Times New Roman" w:hAnsi="Times New Roman" w:eastAsia="Times New Roman" w:cs="Times New Roman"/>
          <w:b/>
          <w:sz w:val="22"/>
        </w:rPr>
        <w:t xml:space="preserve">Tables/Figures: </w:t>
      </w:r>
      <w:r>
        <w:rPr>
          <w:rFonts w:ascii="Times New Roman" w:hAnsi="Times New Roman" w:eastAsia="Times New Roman" w:cs="Times New Roman"/>
          <w:sz w:val="22"/>
        </w:rPr>
        <w:t>Number consecutively, provide clear titles/captions, and cite in text</w:t>
      </w:r>
    </w:p>
    <w:p>
      <w:pPr>
        <w:spacing w:after="50"/>
        <w:ind w:left="360" w:hanging="180"/>
      </w:pPr>
      <w:r>
        <w:rPr>
          <w:rFonts w:ascii="Times New Roman" w:hAnsi="Times New Roman" w:eastAsia="Times New Roman" w:cs="Times New Roman"/>
          <w:b/>
          <w:sz w:val="22"/>
        </w:rPr>
        <w:t xml:space="preserve">References: </w:t>
      </w:r>
      <w:r>
        <w:rPr>
          <w:rFonts w:ascii="Times New Roman" w:hAnsi="Times New Roman" w:eastAsia="Times New Roman" w:cs="Times New Roman"/>
          <w:sz w:val="22"/>
        </w:rPr>
        <w:t>Use the IJMRS-specified reference style consistently</w:t>
      </w:r>
    </w:p>
    <w:p>
      <w:pPr>
        <w:spacing w:after="50"/>
        <w:ind w:left="360" w:hanging="180"/>
      </w:pPr>
      <w:r>
        <w:rPr>
          <w:rFonts w:ascii="Times New Roman" w:hAnsi="Times New Roman" w:eastAsia="Times New Roman" w:cs="Times New Roman"/>
          <w:b/>
          <w:sz w:val="22"/>
        </w:rPr>
        <w:t xml:space="preserve">File format: </w:t>
      </w:r>
      <w:r>
        <w:rPr>
          <w:rFonts w:ascii="Times New Roman" w:hAnsi="Times New Roman" w:eastAsia="Times New Roman" w:cs="Times New Roman"/>
          <w:sz w:val="22"/>
        </w:rPr>
        <w:t>DOCX preferred for manuscript submission</w:t>
      </w:r>
    </w:p>
    <w:p>
      <w:pPr>
        <w:pStyle w:val="TemplateNote"/>
      </w:pPr>
      <w:r>
        <w:rPr>
          <w:rFonts w:ascii="Times New Roman" w:hAnsi="Times New Roman" w:eastAsia="Times New Roman" w:cs="Times New Roman"/>
        </w:rPr>
        <w:t>Important: The manuscript structure is adaptable to the type of review (narrative, systematic, scoping, etc.). Authors should not force inappropriate sections into the article. Replace all instructional text before submission.</w:t>
      </w:r>
    </w:p>
    <w:sectPr w:rsidR="00FC693F" w:rsidRPr="0006063C" w:rsidSect="00034616">
      <w:headerReference w:type="default" r:id="rId9"/>
      <w:footerReference w:type="default" r:id="rId10"/>
      <w:pgSz w:w="11906" w:h="16838"/>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sz w:val="16"/>
      </w:rPr>
      <w:t xml:space="preserve">IJMRS Manuscript Template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Times New Roman" w:cs="Times New Roman"/>
        <w:sz w:val="16"/>
      </w:rPr>
      <w:t>International Journal of Multidisciplinary Research and Studies (IJMRS)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Times New Roman" w:hAnsi="Times New Roman" w:eastAsia="Times New Roman" w:cs="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Times New Roman" w:hAnsi="Times New Roman" w:eastAsia="Times New Roman" w:cs="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cs="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Times New Roman" w:hAnsi="Times New Roman" w:eastAsia="Times New Roman"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Times New Roman" w:hAnsi="Times New Roman" w:eastAsia="Times New Roman"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Times New Roman" w:hAnsi="Times New Roman" w:eastAsia="Times New Roman"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Times New Roman" w:hAnsi="Times New Roman" w:eastAsia="Times New Roman"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Times New Roman" w:hAnsi="Times New Roman" w:eastAsia="Times New Roman"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Times New Roman" w:hAnsi="Times New Roman" w:eastAsia="Times New Roman" w:cs="Times New Roman"/>
      <w:i/>
      <w:iCs/>
      <w:color w:val="404040" w:themeColor="text1" w:themeTint="BF"/>
      <w:sz w:val="20"/>
      <w:szCs w:val="20"/>
    </w:rPr>
  </w:style>
  <w:style w:type="character" w:default="1" w:styleId="DefaultParagraphFont">
    <w:name w:val="Default Paragraph Font"/>
    <w:uiPriority w:val="1"/>
    <w:semiHidden/>
    <w:unhideWhenUsed/>
    <w:rPr>
      <w:rFonts w:ascii="Times New Roman" w:hAnsi="Times New Roman" w:eastAsia="Times New Roman" w:cs="Times New Roman"/>
    </w:rPr>
  </w:style>
  <w:style w:type="table" w:default="1" w:styleId="TableNormal">
    <w:name w:val="Normal Table"/>
    <w:uiPriority w:val="99"/>
    <w:semiHidden/>
    <w:unhideWhenUsed/>
    <w:rPr>
      <w:rFonts w:ascii="Times New Roman" w:hAnsi="Times New Roman" w:eastAsia="Times New Roman" w:cs="Times New Roman"/>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Times New Roman" w:hAnsi="Times New Roman" w:eastAsia="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Times New Roman" w:hAnsi="Times New Roman" w:eastAsia="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Times New Roman" w:hAnsi="Times New Roman" w:eastAsia="Times New Roman" w:cs="Times New Roman"/>
      <w:b/>
      <w:bCs/>
      <w:color w:val="4F81BD" w:themeColor="accent1"/>
    </w:rPr>
  </w:style>
  <w:style w:type="paragraph" w:styleId="Title">
    <w:name w:val="Title"/>
    <w:basedOn w:val="Normal"/>
    <w:next w:val="Normal"/>
    <w:link w:val="TitleChar"/>
    <w:uiPriority w:val="10"/>
    <w:qFormat/>
    <w:rsid w:val="00FC693F"/>
    <w:pPr>
      <w:spacing w:after="100" w:line="240" w:lineRule="auto" w:before="200"/>
      <w:contextualSpacing/>
    </w:pPr>
    <w:rPr>
      <w:rFonts w:asciiTheme="majorHAnsi" w:eastAsiaTheme="majorEastAsia" w:hAnsiTheme="majorHAnsi" w:cstheme="majorBidi" w:ascii="Times New Roman" w:hAnsi="Times New Roman" w:eastAsia="Times New Roman" w:cs="Times New Roman"/>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Times New Roman" w:hAnsi="Times New Roman" w:eastAsia="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cs="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Times New Roman" w:hAnsi="Times New Roman" w:eastAsia="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rPr>
  </w:style>
  <w:style w:type="paragraph" w:styleId="ListBullet">
    <w:name w:val="List Bullet"/>
    <w:basedOn w:val="Normal"/>
    <w:uiPriority w:val="99"/>
    <w:unhideWhenUsed/>
    <w:rsid w:val="00326F90"/>
    <w:pPr>
      <w:numPr>
        <w:numId w:val="1"/>
      </w:numPr>
      <w:contextualSpacing/>
    </w:pPr>
    <w:rPr>
      <w:rFonts w:ascii="Times New Roman" w:hAnsi="Times New Roman" w:eastAsia="Times New Roman" w:cs="Times New Roman"/>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themeColor="text1"/>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Times New Roman" w:hAnsi="Times New Roman" w:eastAsia="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Times New Roman" w:hAnsi="Times New Roman" w:eastAsia="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Times New Roman" w:hAnsi="Times New Roman" w:eastAsia="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Times New Roman" w:hAnsi="Times New Roman" w:eastAsia="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Times New Roman" w:hAnsi="Times New Roman" w:eastAsia="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Times New Roman" w:hAnsi="Times New Roman" w:eastAsia="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4F81BD" w:themeColor="accent1"/>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rPr>
  </w:style>
  <w:style w:type="character" w:styleId="Emphasis">
    <w:name w:val="Emphasis"/>
    <w:basedOn w:val="DefaultParagraphFont"/>
    <w:uiPriority w:val="20"/>
    <w:qFormat/>
    <w:rsid w:val="00FC693F"/>
    <w:rPr>
      <w:rFonts w:ascii="Times New Roman" w:hAnsi="Times New Roman" w:eastAsia="Times New Roman" w:cs="Times New Roman"/>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Times New Roman" w:hAnsi="Times New Roman" w:eastAsia="Times New Roman" w:cs="Times New Roman"/>
      <w:b/>
      <w:bCs/>
      <w:i/>
      <w:iCs/>
      <w:color w:val="4F81BD" w:themeColor="accent1"/>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4F81BD" w:themeColor="accent1"/>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808080" w:themeColor="text1" w:themeTint="7F"/>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4F81BD" w:themeColor="accent1"/>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C0504D" w:themeColor="accent2"/>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C0504D" w:themeColor="accent2"/>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rPr>
  </w:style>
  <w:style w:type="table" w:styleId="TableGrid">
    <w:name w:val="Table Grid"/>
    <w:basedOn w:val="TableNormal"/>
    <w:uiPriority w:val="59"/>
    <w:rsid w:val="00FC693F"/>
    <w:pPr>
      <w:spacing w:after="0" w:line="240" w:lineRule="auto"/>
    </w:pPr>
    <w:rPr>
      <w:rFonts w:ascii="Times New Roman" w:hAnsi="Times New Roman"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imes New Roman" w:hAnsi="Times New Roman" w:eastAsia="Times New Roman" w:cs="Times New Roman"/>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hAnsi="Times New Roman" w:eastAsia="Times New Roman" w:cs="Times New Roman"/>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hAnsi="Times New Roman" w:eastAsia="Times New Roman"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hAnsi="Times New Roman" w:eastAsia="Times New Roman" w:cs="Times New Roman"/>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hAnsi="Times New Roman" w:eastAsia="Times New Roman" w:cs="Times New Roman"/>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hAnsi="Times New Roman" w:eastAsia="Times New Roman" w:cs="Times New Roman"/>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hAnsi="Times New Roman" w:eastAsia="Times New Roman" w:cs="Times New Roman"/>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hAnsi="Times New Roman" w:eastAsia="Times New Roman"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hAnsi="Times New Roman" w:eastAsia="Times New Roman"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uthorInformation">
    <w:name w:val="Author Information"/>
    <w:pPr>
      <w:jc w:val="center"/>
    </w:pPr>
    <w:rPr>
      <w:rFonts w:ascii="Times New Roman" w:hAnsi="Times New Roman" w:eastAsia="Times New Roman" w:cs="Times New Roman"/>
      <w:sz w:val="22"/>
    </w:rPr>
  </w:style>
  <w:style w:type="paragraph" w:customStyle="1" w:styleId="TemplateNote">
    <w:name w:val="Template Note"/>
    <w:pPr>
      <w:spacing w:after="160"/>
    </w:pPr>
    <w:rPr>
      <w:rFonts w:ascii="Times New Roman" w:hAnsi="Times New Roman" w:eastAsia="Times New Roman" w:cs="Times New Roman"/>
      <w:i/>
      <w:sz w:val="18"/>
    </w:rPr>
  </w:style>
  <w:style w:type="paragraph" w:customStyle="1" w:styleId="DeclarationHeading">
    <w:name w:val="Declaration Heading"/>
    <w:pPr>
      <w:spacing w:before="160" w:after="60"/>
    </w:pPr>
    <w:rPr>
      <w:rFonts w:ascii="Times New Roman" w:hAnsi="Times New Roman" w:eastAsia="Times New Roman" w:cs="Times New Roman"/>
      <w:b/>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